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في الجملة العربية سورة مريم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قروج رامي/ برباش ريان/ نوي يوسف/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الجملة/ التقديم و التأخير/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