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ناصر نسيبة/ بويزار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