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البطل الإشكالي في رواية ذاكرة الماء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تيمولاج بثينة/ زواد سارة/ قزيرة فوزية/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الدين/ المجتمع/ السلطة/ البطل الإشكالي/ الذات و الآخر/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