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الصورة الساخرة في شعر أبي دلامة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بولفوس حسناء/ بوسلوب هند/ فغرور خديجة/ عروس بشير(مشرفا)/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800157411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الصورة/ البنية/ الهجاء/ السخرية/ الدعابة/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