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والتشكيل في مطولة الأسلحة والأطفال لبدر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بوفافة فهيمة/ سملالة جميلة/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الرؤية/ القصيدة العربية/ التشكيل/ المعجم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