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الشعرية والتمثيل ديوان أحد عشر كوكبا محمد درويش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عتروز بسمة/ بوحبل كنزة/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الصورة الشعرية/ جدلية التمثيل/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