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الإعراب قراءة وصفية لكتاب العربية والإعراب لعبد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مسبوط هدى/ العيون إيمان/ مطاعي امال/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الإعراب/ العربية/ المعرفة الحديثة/ نظامية الدلالة/ المغالاة/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