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والجواب في كتاب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سميرة/ بوترية صورية/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الحوار/ العملية التعليمية/ المناقشة/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