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التكوين البيداغوجي للمعلم وأثره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صفصافة آمنة/ ميهوب ابتسام/ دربالة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المعلم/ العملية التعليمية/ التكوين و البيداغوجيا/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