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اللغة العربية بين المعيارية والوصفية لــ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عزري مديحة/ بوشبورة منال/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تمام حسان/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