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بلاغية في التقارير الصحفية جريدة القدس العرب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طمن صبرينة/ عزري كريم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قال/ الإبلاغية/ التقرير الصح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