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النداء بين الوظيفة البلاغية والوظيفة النحوية (نماذج من القرآن الكريم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بولدياب حليمة/ بن وزغار مختار(مشرفا)/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800161211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القرآن الكريم/ النداء/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