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يوم رائع للموت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لطمن نور الدين/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السردي/ الشخصية/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