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أنظمة الفعل في قصيدة أعرف الحب ولكن لأحمد مطر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لحواس خولة/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الفعل/ أقسام الفعل/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