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الإعلال بالقلب في سورة '' يس''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شلي رقية/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الإعلال/ سورة يس/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