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الحذف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بولخراص رحاب/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الدلالة/ الحذف/ علم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