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الأنا والآخر في رواية الأمير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جريو زينب/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