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الوطن في ديوان عينيه ينتصب الرحيل لعدي شتات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دانون سارة/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الوطن/ الحقول الدلالية/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