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الفكاهي في كتاب '' دم الثقلاء '' لـ ''ابن المرزيان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صالحة/ خنور عفاف/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الأجناس الأدبية/ الإسناد/ الخبر/ الفكاهة/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