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الإستثناء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حلوفي أميرة/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النحو/ سورة البقرة/ الاستثناء/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