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لهجة ميلة وعلاقتها بالفصحى من خلال الأمثال والحكم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بلحربي دونيا/ مريني وسيلة/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اللهجة/ الفصحى/ الأمثال/ الحكم/ لهجة ميلة/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