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العتاب وأبعاده الدلالية في المقطوعات الشعرية (بوح العتاب ) للشاعر سليم مزهود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بورماد مريم/ بلهاين أميرة/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السيمياء/ العتاب/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