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شرح مفردات القواميس المدرسية ودورها في إكتساب اللغة دراسة وصفية وتحليلية قاموس الرائد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بلخن سعاد/ محاربي هاجر/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المعجم/ التعلم/ القاموس/ الاكتساب/ القاموس المدرسي/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