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أخطاء الشائعة لمحمد العدناني مقارب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ودينة مريم/ بولدياب نعي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/ اللحن/ الأخطاء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