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إكتساب المفاهيم النحوية في مادة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زرافة أحلام/ بورورو شهلة/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الاكتساب/ المفهوم/ المفاهيم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