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عند إخوان الصفاء الرسائل أنموذجا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الحرف/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