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سخرية في شعر النقائض الفرزد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ل بشرى/ شفشوف م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رزدق/ السخرية/ شعر النقائض/ الخطاب السا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