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المقدس في بخلاء الجاحظ دراسة وصفية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لعريبي أمال/ العايب زينة/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المقدس/ أنواع المقدس/ بخلاء الجاحظ/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