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السلالم الحجاجية في خطب الحجاج بن يوسف الثقفي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الخطابة/ السلالم الحجاجية/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