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الحنين عند الثغري التلمساني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خليفة سارة/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المعجم الدلالي/ الألفاظ/ التراكيب/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