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التمذهب الشعري في العصر الأموي قصيدة طربت وما شوقا إلى البيض أطرب الكميت بن زيد الأسدي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أحلام/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الأموي/ الشعر/ المذهب/ التمذهب/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