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المدح عند ابن رشيق المسيلي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آمنة/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القديم/ المدح/ الدولة الصنهاجية/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