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يائية ابن خبازة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حيمر خليدة/ بوزيدي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800169311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الأسلوبية/ الأسلوب/ التركيب البلاغي/ الانزياح التركيبي/ التركيب اللغوي/ البنية الايقاعية/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