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قصيدة لكل شيئ إذا ما تم نقصان لأبي البقاء الرندي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عبير/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الشعر العربي القديم/ المستوى الصوتي/ المستوى الدلالي/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