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والإغتراب في شعر ابن الرومي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بومليط نوارة/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الغربة/ الاغتراب/ الاغتراب النفسي/ الاغتراب الاجتماعي/ الاغتراب المكاني/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