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عند أبي العتاهية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بوخالفة إيمان/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القرآني/ الصورة الشعرية/ التكرار/ الغزل/ المدح/ الرثاء/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