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السرد في مسردية الأقنعة المثقوبة للأديب الجزائري 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بالي بسمة/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السرد/ مضمون المسردية/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