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التعلم في المستندات التربوية منهاج السنة الخامسة من التعليم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فدان ليلى/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الاستراتيجية/ التعلم/ المنهاج/ المستندات التربوية/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