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المبالغة في الربع الأول من القرآن الكريم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مقحوت حسيبة/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الصيغة/ المبالغة/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