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التنوع اللهجي ودوره في إثراء الدلالة في منطقة الشرق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عجرود إيمان/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ميلة/ علم اللهجات/ الصفات الصوتية/ اللهجة الجزائرية/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