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الحال في القرآن الكريم دراسة نحوية دلالية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بولحليب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الجملة العربية/ الحال/ سورة الأعراف/ علم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