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اللغوي في المجتمع الجزائري ولاية بجاية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بورويسة سليمة/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النفس اللغوي/ المجتمع الجزائري/ الواقع اللغوي/ التعدد اللهجي/ علم الإجتماع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