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لفظة الشمس في الشعر العربي وأبعادها الدلالية نماذج مختارة من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جودي حنان/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العباسي/ الشمس/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