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الإستعارية في القرآن الكريم وأثرها في المعنى سورة إبراهيم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زغبيب غنية/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القرآن الكريم/ الإستعارة/ الصورة الفنية/ الفصاحة/ علم البيان/ سورة إبراهيم/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