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حيوان في القرآن الكريم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كنوش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حيوان/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