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تراث الدين الإسلامي في شعر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بعداش داود/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التراث/ السنة النبوية الشريفة/ التراث الديني/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