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صوير البياني في شعر عنترة الع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قسمي إيمان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عارة/ التشبيه/ الكناية/ الصورة البي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