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المكان في المجموعة القصصية شرايين عارية لـ زكية علال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أعزيز حياة/ كوسة علاوة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800178211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الزمن/ المكان/ الشخصية/ الوصف/ الفضاء/ الحدث/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