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التناص في دراما الملك والمهاجر لعبد الله عيسى لحيلح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عياشي رزيقة/ بوقاسة فطيمة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800178311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التناص/ المسرحية/ الجمالية/ الدراما/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