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الصراع المذهبي في رواية العشق المقدنس لعز الدين جلاوجي دراسة من منظور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لعمارة يمينة/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الثقافي/ الرواية الجزائرية/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